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39127" w14:textId="77777777" w:rsidR="00DA7244" w:rsidRPr="006F5E29" w:rsidRDefault="00E2475B" w:rsidP="002C0EDB">
      <w:pPr>
        <w:spacing w:after="0" w:line="240" w:lineRule="atLeast"/>
        <w:jc w:val="center"/>
        <w:rPr>
          <w:sz w:val="28"/>
          <w:szCs w:val="28"/>
        </w:rPr>
      </w:pPr>
      <w:r w:rsidRPr="006F5E29">
        <w:rPr>
          <w:b/>
          <w:sz w:val="28"/>
          <w:szCs w:val="28"/>
        </w:rPr>
        <w:t>山口県立農業大学校　求人申込票</w:t>
      </w:r>
    </w:p>
    <w:p w14:paraId="00643A72" w14:textId="61C7AAB5" w:rsidR="00DA7244" w:rsidRPr="006F5E29" w:rsidRDefault="00E2475B" w:rsidP="002C0EDB">
      <w:pPr>
        <w:spacing w:after="0" w:line="240" w:lineRule="atLeast"/>
        <w:jc w:val="right"/>
        <w:rPr>
          <w:szCs w:val="16"/>
          <w:lang w:eastAsia="ja-JP"/>
        </w:rPr>
      </w:pPr>
      <w:r w:rsidRPr="006F5E29">
        <w:rPr>
          <w:szCs w:val="16"/>
          <w:lang w:eastAsia="ja-JP"/>
        </w:rPr>
        <w:t>※ハローワークの求人票を参考にした</w:t>
      </w:r>
      <w:r w:rsidR="006F5E29" w:rsidRPr="006F5E29">
        <w:rPr>
          <w:rFonts w:hint="eastAsia"/>
          <w:szCs w:val="16"/>
          <w:lang w:eastAsia="ja-JP"/>
        </w:rPr>
        <w:t>山口県立農業大学校</w:t>
      </w:r>
      <w:r w:rsidRPr="006F5E29">
        <w:rPr>
          <w:szCs w:val="16"/>
          <w:lang w:eastAsia="ja-JP"/>
        </w:rPr>
        <w:t>向け様式です。</w:t>
      </w:r>
    </w:p>
    <w:p w14:paraId="2022E083" w14:textId="77777777" w:rsidR="00DA7244" w:rsidRPr="002C0EDB" w:rsidRDefault="00E2475B" w:rsidP="002C0EDB">
      <w:pPr>
        <w:spacing w:after="0" w:line="240" w:lineRule="atLeast"/>
        <w:rPr>
          <w:sz w:val="24"/>
          <w:szCs w:val="24"/>
        </w:rPr>
      </w:pPr>
      <w:r w:rsidRPr="002C0EDB">
        <w:rPr>
          <w:b/>
          <w:sz w:val="24"/>
          <w:szCs w:val="24"/>
        </w:rPr>
        <w:t>１　求人者・事業所情報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33"/>
        <w:gridCol w:w="3972"/>
        <w:gridCol w:w="1580"/>
        <w:gridCol w:w="3685"/>
      </w:tblGrid>
      <w:tr w:rsidR="00CA618D" w14:paraId="55D2AABC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113D7AF2" w14:textId="77777777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事業所名</w:t>
            </w:r>
            <w:proofErr w:type="spellEnd"/>
          </w:p>
        </w:tc>
        <w:tc>
          <w:tcPr>
            <w:tcW w:w="1827" w:type="pct"/>
            <w:vAlign w:val="center"/>
          </w:tcPr>
          <w:p w14:paraId="7EA25560" w14:textId="4DE6E164" w:rsidR="00CA618D" w:rsidRPr="006F5E29" w:rsidRDefault="00CA618D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27" w:type="pct"/>
            <w:shd w:val="clear" w:color="auto" w:fill="E7E6E6"/>
            <w:vAlign w:val="center"/>
          </w:tcPr>
          <w:p w14:paraId="34B23E4F" w14:textId="2408C1B9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代表者名</w:t>
            </w:r>
            <w:proofErr w:type="spellEnd"/>
          </w:p>
        </w:tc>
        <w:tc>
          <w:tcPr>
            <w:tcW w:w="1695" w:type="pct"/>
            <w:vAlign w:val="center"/>
          </w:tcPr>
          <w:p w14:paraId="350D2F0C" w14:textId="2D61A633" w:rsidR="00CA618D" w:rsidRPr="006F5E29" w:rsidRDefault="00CA618D" w:rsidP="00B80AE7">
            <w:pPr>
              <w:spacing w:after="0" w:line="240" w:lineRule="atLeas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CA618D" w14:paraId="50046C47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0DECE42A" w14:textId="77777777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所在地</w:t>
            </w:r>
            <w:proofErr w:type="spellEnd"/>
          </w:p>
        </w:tc>
        <w:tc>
          <w:tcPr>
            <w:tcW w:w="1827" w:type="pct"/>
            <w:vAlign w:val="center"/>
          </w:tcPr>
          <w:p w14:paraId="518761FC" w14:textId="77777777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〒　　　－　　　　　　　　　　　　</w:t>
            </w:r>
          </w:p>
          <w:p w14:paraId="53F9C805" w14:textId="77777777" w:rsidR="003D2E44" w:rsidRPr="006F5E29" w:rsidRDefault="003D2E4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727" w:type="pct"/>
            <w:shd w:val="clear" w:color="auto" w:fill="E7E6E6"/>
            <w:vAlign w:val="center"/>
          </w:tcPr>
          <w:p w14:paraId="463BD6DD" w14:textId="77777777" w:rsidR="009E66DB" w:rsidRPr="003B1714" w:rsidRDefault="00CA618D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電話</w:t>
            </w:r>
            <w:proofErr w:type="spellEnd"/>
          </w:p>
          <w:p w14:paraId="307B3A77" w14:textId="00AEBDC5" w:rsidR="00CA618D" w:rsidRPr="003B1714" w:rsidRDefault="009E66DB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3B1714">
              <w:rPr>
                <w:rFonts w:hint="eastAsia"/>
                <w:b/>
                <w:sz w:val="20"/>
                <w:szCs w:val="20"/>
                <w:lang w:eastAsia="ja-JP"/>
              </w:rPr>
              <w:t>FAX</w:t>
            </w:r>
          </w:p>
        </w:tc>
        <w:tc>
          <w:tcPr>
            <w:tcW w:w="1695" w:type="pct"/>
            <w:vAlign w:val="center"/>
          </w:tcPr>
          <w:p w14:paraId="6CC66FDB" w14:textId="77777777" w:rsidR="00CA618D" w:rsidRDefault="00CA618D" w:rsidP="00B80AE7">
            <w:pPr>
              <w:spacing w:after="0" w:line="240" w:lineRule="atLeast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027EA81F" w14:textId="1631C972" w:rsidR="00FE6963" w:rsidRPr="006F5E29" w:rsidRDefault="00FE6963" w:rsidP="00B80AE7">
            <w:pPr>
              <w:spacing w:after="0" w:line="240" w:lineRule="atLeast"/>
              <w:jc w:val="both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CA618D" w14:paraId="67F2BDD1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54BAB06B" w14:textId="4AC65124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設立</w:t>
            </w:r>
            <w:proofErr w:type="spellEnd"/>
          </w:p>
        </w:tc>
        <w:tc>
          <w:tcPr>
            <w:tcW w:w="1827" w:type="pct"/>
            <w:vAlign w:val="center"/>
          </w:tcPr>
          <w:p w14:paraId="190ED470" w14:textId="6B9E7359" w:rsidR="00CA618D" w:rsidRPr="006F5E29" w:rsidRDefault="006F5E29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（西暦）　　　</w:t>
            </w:r>
            <w:r w:rsidR="00CA618D"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="009E66DB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="00CA618D"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年　　　月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68F87ED0" w14:textId="4513C1F6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資本金</w:t>
            </w:r>
            <w:proofErr w:type="spellEnd"/>
          </w:p>
        </w:tc>
        <w:tc>
          <w:tcPr>
            <w:tcW w:w="1695" w:type="pct"/>
            <w:vAlign w:val="center"/>
          </w:tcPr>
          <w:p w14:paraId="2025DF43" w14:textId="2C793C02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 w:rsidRPr="006F5E29">
              <w:rPr>
                <w:rFonts w:ascii="ＭＳ 明朝" w:eastAsia="ＭＳ 明朝" w:hAnsi="ＭＳ 明朝"/>
                <w:sz w:val="20"/>
                <w:szCs w:val="20"/>
              </w:rPr>
              <w:t xml:space="preserve">　　　　　　　　　　　</w:t>
            </w:r>
            <w:proofErr w:type="spellStart"/>
            <w:r w:rsidRPr="006F5E29">
              <w:rPr>
                <w:rFonts w:ascii="ＭＳ 明朝" w:eastAsia="ＭＳ 明朝" w:hAnsi="ＭＳ 明朝"/>
                <w:sz w:val="20"/>
                <w:szCs w:val="20"/>
              </w:rPr>
              <w:t>万円</w:t>
            </w:r>
            <w:proofErr w:type="spellEnd"/>
          </w:p>
        </w:tc>
      </w:tr>
      <w:tr w:rsidR="00CA618D" w14:paraId="2DC57E3D" w14:textId="77777777" w:rsidTr="00A06D19">
        <w:trPr>
          <w:trHeight w:val="1102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668E8C5" w14:textId="77777777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事業内容</w:t>
            </w:r>
            <w:proofErr w:type="spellEnd"/>
          </w:p>
        </w:tc>
        <w:tc>
          <w:tcPr>
            <w:tcW w:w="4249" w:type="pct"/>
            <w:gridSpan w:val="3"/>
            <w:vAlign w:val="center"/>
          </w:tcPr>
          <w:p w14:paraId="312BB55C" w14:textId="77777777" w:rsidR="00CA618D" w:rsidRDefault="00CA618D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52867468" w14:textId="77777777" w:rsidR="00FE6963" w:rsidRDefault="00FE6963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4BD6E204" w14:textId="77777777" w:rsidR="00FE6963" w:rsidRDefault="00FE6963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3A962991" w14:textId="7669A4DE" w:rsidR="00FE6963" w:rsidRPr="006F5E29" w:rsidRDefault="00FE6963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  <w:tr w:rsidR="00CA618D" w14:paraId="2F4FBB2F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0C88A67B" w14:textId="683AF3D2" w:rsidR="00CA618D" w:rsidRPr="003B1714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従業員数</w:t>
            </w:r>
            <w:proofErr w:type="spellEnd"/>
          </w:p>
        </w:tc>
        <w:tc>
          <w:tcPr>
            <w:tcW w:w="1827" w:type="pct"/>
            <w:vAlign w:val="center"/>
          </w:tcPr>
          <w:p w14:paraId="716778A0" w14:textId="109185F9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計　　　人（男　　　人・女　　　人）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298B77F4" w14:textId="03AB612F" w:rsidR="00CA618D" w:rsidRPr="002C0EDB" w:rsidRDefault="002C0EDB" w:rsidP="002C0EDB">
            <w:pPr>
              <w:spacing w:after="0" w:line="240" w:lineRule="atLeast"/>
              <w:rPr>
                <w:b/>
                <w:bCs/>
                <w:sz w:val="20"/>
                <w:szCs w:val="20"/>
              </w:rPr>
            </w:pPr>
            <w:r>
              <w:rPr>
                <w:rFonts w:hint="eastAsia"/>
                <w:b/>
                <w:bCs/>
                <w:sz w:val="20"/>
                <w:szCs w:val="20"/>
                <w:lang w:eastAsia="ja-JP"/>
              </w:rPr>
              <w:t>ホームページ</w:t>
            </w:r>
            <w:r w:rsidRPr="002C0EDB">
              <w:rPr>
                <w:rFonts w:hint="eastAsia"/>
                <w:b/>
                <w:bCs/>
                <w:sz w:val="20"/>
                <w:szCs w:val="20"/>
                <w:lang w:eastAsia="ja-JP"/>
              </w:rPr>
              <w:t>等</w:t>
            </w:r>
          </w:p>
        </w:tc>
        <w:tc>
          <w:tcPr>
            <w:tcW w:w="1695" w:type="pct"/>
            <w:vAlign w:val="center"/>
          </w:tcPr>
          <w:p w14:paraId="66859FC8" w14:textId="4D1B90FD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20CCD9C3" w14:textId="77777777" w:rsidR="00DA7244" w:rsidRPr="002C0EDB" w:rsidRDefault="00E2475B" w:rsidP="002C0EDB">
      <w:pPr>
        <w:spacing w:after="0" w:line="240" w:lineRule="atLeast"/>
        <w:rPr>
          <w:sz w:val="24"/>
          <w:szCs w:val="24"/>
        </w:rPr>
      </w:pPr>
      <w:r w:rsidRPr="002C0EDB">
        <w:rPr>
          <w:b/>
          <w:sz w:val="24"/>
          <w:szCs w:val="24"/>
        </w:rPr>
        <w:t xml:space="preserve">２　</w:t>
      </w:r>
      <w:proofErr w:type="spellStart"/>
      <w:r w:rsidRPr="002C0EDB">
        <w:rPr>
          <w:b/>
          <w:sz w:val="24"/>
          <w:szCs w:val="24"/>
        </w:rPr>
        <w:t>求人内容</w:t>
      </w:r>
      <w:proofErr w:type="spellEnd"/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33"/>
        <w:gridCol w:w="3972"/>
        <w:gridCol w:w="1580"/>
        <w:gridCol w:w="3685"/>
      </w:tblGrid>
      <w:tr w:rsidR="00A06D19" w14:paraId="06199D63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2FB73AE" w14:textId="60712363" w:rsidR="00A06D19" w:rsidRPr="003B1714" w:rsidRDefault="00A06D19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r>
              <w:rPr>
                <w:rFonts w:hint="eastAsia"/>
                <w:b/>
                <w:sz w:val="20"/>
                <w:szCs w:val="20"/>
                <w:lang w:eastAsia="ja-JP"/>
              </w:rPr>
              <w:t>採用年月</w:t>
            </w:r>
          </w:p>
        </w:tc>
        <w:tc>
          <w:tcPr>
            <w:tcW w:w="1827" w:type="pct"/>
            <w:vAlign w:val="center"/>
          </w:tcPr>
          <w:p w14:paraId="6391C7D4" w14:textId="4816A1F0" w:rsidR="00A06D19" w:rsidRPr="006F5E29" w:rsidRDefault="00A06D19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令和　　　年４月　採用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6AAC0640" w14:textId="249299AC" w:rsidR="00A06D19" w:rsidRPr="003B1714" w:rsidRDefault="00A06D19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求人数</w:t>
            </w:r>
            <w:proofErr w:type="spellEnd"/>
          </w:p>
        </w:tc>
        <w:tc>
          <w:tcPr>
            <w:tcW w:w="1695" w:type="pct"/>
            <w:vAlign w:val="center"/>
          </w:tcPr>
          <w:p w14:paraId="6478B737" w14:textId="270964EA" w:rsidR="00A06D19" w:rsidRPr="006F5E29" w:rsidRDefault="00C623E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　　　　　　</w:t>
            </w:r>
            <w:r w:rsidR="00A06D19" w:rsidRPr="006F5E29">
              <w:rPr>
                <w:rFonts w:asciiTheme="minorEastAsia" w:eastAsiaTheme="minorEastAsia" w:hAnsiTheme="minorEastAsia"/>
                <w:sz w:val="20"/>
                <w:szCs w:val="20"/>
              </w:rPr>
              <w:t>人</w:t>
            </w:r>
          </w:p>
        </w:tc>
      </w:tr>
      <w:tr w:rsidR="00A06D19" w14:paraId="1716C93C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DCABF97" w14:textId="77777777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職種</w:t>
            </w:r>
            <w:proofErr w:type="spellEnd"/>
          </w:p>
        </w:tc>
        <w:tc>
          <w:tcPr>
            <w:tcW w:w="1827" w:type="pct"/>
            <w:vAlign w:val="center"/>
          </w:tcPr>
          <w:p w14:paraId="1624F513" w14:textId="338CD97F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727" w:type="pct"/>
            <w:shd w:val="clear" w:color="auto" w:fill="E7E6E6"/>
            <w:vAlign w:val="center"/>
          </w:tcPr>
          <w:p w14:paraId="22DA9F10" w14:textId="30DAC61D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指定</w:t>
            </w:r>
            <w:proofErr w:type="spellEnd"/>
          </w:p>
        </w:tc>
        <w:tc>
          <w:tcPr>
            <w:tcW w:w="1695" w:type="pct"/>
            <w:vAlign w:val="center"/>
          </w:tcPr>
          <w:p w14:paraId="3814F564" w14:textId="1C76AE55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□土地利用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□園芸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□畜産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□なし</w:t>
            </w:r>
          </w:p>
        </w:tc>
      </w:tr>
      <w:tr w:rsidR="00A06D19" w14:paraId="13721F38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032B659" w14:textId="77777777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雇用形態</w:t>
            </w:r>
            <w:proofErr w:type="spellEnd"/>
          </w:p>
        </w:tc>
        <w:tc>
          <w:tcPr>
            <w:tcW w:w="1827" w:type="pct"/>
            <w:vAlign w:val="center"/>
          </w:tcPr>
          <w:p w14:paraId="148A4CFA" w14:textId="11E514A6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□正社員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□契約社員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□その他（　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18B7C1BA" w14:textId="77777777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雇用期間</w:t>
            </w:r>
            <w:proofErr w:type="spellEnd"/>
          </w:p>
        </w:tc>
        <w:tc>
          <w:tcPr>
            <w:tcW w:w="1695" w:type="pct"/>
            <w:vAlign w:val="center"/>
          </w:tcPr>
          <w:p w14:paraId="5C8FCB2B" w14:textId="06152648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□定めなし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□定めあり</w:t>
            </w:r>
          </w:p>
        </w:tc>
      </w:tr>
      <w:tr w:rsidR="00A06D19" w14:paraId="0678B156" w14:textId="77777777" w:rsidTr="00FE6963">
        <w:trPr>
          <w:trHeight w:val="98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1C245EB8" w14:textId="77777777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仕事の内容</w:t>
            </w:r>
            <w:proofErr w:type="spellEnd"/>
          </w:p>
        </w:tc>
        <w:tc>
          <w:tcPr>
            <w:tcW w:w="4249" w:type="pct"/>
            <w:gridSpan w:val="3"/>
            <w:vAlign w:val="center"/>
          </w:tcPr>
          <w:p w14:paraId="6A211C84" w14:textId="77777777" w:rsidR="00A06D19" w:rsidRDefault="00A06D19" w:rsidP="00A06D19">
            <w:pPr>
              <w:spacing w:after="0" w:line="240" w:lineRule="atLeast"/>
              <w:jc w:val="both"/>
              <w:rPr>
                <w:sz w:val="20"/>
                <w:szCs w:val="20"/>
                <w:lang w:eastAsia="ja-JP"/>
              </w:rPr>
            </w:pPr>
          </w:p>
          <w:p w14:paraId="78BBE939" w14:textId="77777777" w:rsidR="00A06D19" w:rsidRDefault="00A06D19" w:rsidP="00A06D19">
            <w:pPr>
              <w:spacing w:after="0" w:line="240" w:lineRule="atLeast"/>
              <w:jc w:val="both"/>
              <w:rPr>
                <w:sz w:val="20"/>
                <w:szCs w:val="20"/>
                <w:lang w:eastAsia="ja-JP"/>
              </w:rPr>
            </w:pPr>
          </w:p>
          <w:p w14:paraId="023BCD54" w14:textId="77777777" w:rsidR="00A06D19" w:rsidRDefault="00A06D19" w:rsidP="00A06D19">
            <w:pPr>
              <w:spacing w:after="0" w:line="240" w:lineRule="atLeast"/>
              <w:jc w:val="both"/>
              <w:rPr>
                <w:sz w:val="20"/>
                <w:szCs w:val="20"/>
                <w:lang w:eastAsia="ja-JP"/>
              </w:rPr>
            </w:pPr>
          </w:p>
          <w:p w14:paraId="286D5C3F" w14:textId="36A516D4" w:rsidR="00A06D19" w:rsidRPr="006F5E29" w:rsidRDefault="00A06D19" w:rsidP="00A06D19">
            <w:pPr>
              <w:spacing w:after="0" w:line="240" w:lineRule="atLeast"/>
              <w:jc w:val="both"/>
              <w:rPr>
                <w:sz w:val="20"/>
                <w:szCs w:val="20"/>
                <w:lang w:eastAsia="ja-JP"/>
              </w:rPr>
            </w:pPr>
          </w:p>
        </w:tc>
      </w:tr>
      <w:tr w:rsidR="00A06D19" w14:paraId="10F6E5F0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5F37D88D" w14:textId="77777777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主な勤務先</w:t>
            </w:r>
            <w:proofErr w:type="spellEnd"/>
          </w:p>
        </w:tc>
        <w:tc>
          <w:tcPr>
            <w:tcW w:w="1827" w:type="pct"/>
            <w:vAlign w:val="center"/>
          </w:tcPr>
          <w:p w14:paraId="7C7B8EC8" w14:textId="13612623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  <w:tc>
          <w:tcPr>
            <w:tcW w:w="727" w:type="pct"/>
            <w:shd w:val="clear" w:color="auto" w:fill="E7E6E6"/>
            <w:vAlign w:val="center"/>
          </w:tcPr>
          <w:p w14:paraId="2B218EA3" w14:textId="484DD8AB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転勤</w:t>
            </w:r>
            <w:proofErr w:type="spellEnd"/>
          </w:p>
        </w:tc>
        <w:tc>
          <w:tcPr>
            <w:tcW w:w="1695" w:type="pct"/>
            <w:vAlign w:val="center"/>
          </w:tcPr>
          <w:p w14:paraId="4169BFFB" w14:textId="7E82EE4A" w:rsidR="00A06D19" w:rsidRPr="00E15AB0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□なし　□あり（範囲：　　　　　）</w:t>
            </w:r>
          </w:p>
        </w:tc>
      </w:tr>
      <w:tr w:rsidR="00A06D19" w14:paraId="0797C2B0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ADFF549" w14:textId="6C3B05D0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試用期間</w:t>
            </w:r>
            <w:proofErr w:type="spellEnd"/>
          </w:p>
        </w:tc>
        <w:tc>
          <w:tcPr>
            <w:tcW w:w="1827" w:type="pct"/>
            <w:vAlign w:val="center"/>
          </w:tcPr>
          <w:p w14:paraId="2CD1EE34" w14:textId="2F5AF739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□なし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□あり（　　　</w:t>
            </w:r>
            <w:proofErr w:type="gramStart"/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か</w:t>
            </w:r>
            <w:proofErr w:type="gramEnd"/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月）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0CABFDF6" w14:textId="07892A48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普通免許</w:t>
            </w:r>
            <w:proofErr w:type="spellEnd"/>
          </w:p>
        </w:tc>
        <w:tc>
          <w:tcPr>
            <w:tcW w:w="1695" w:type="pct"/>
            <w:vAlign w:val="center"/>
          </w:tcPr>
          <w:p w14:paraId="3D3A7B44" w14:textId="3427C002" w:rsidR="00A06D19" w:rsidRPr="00E15AB0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□必要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（MT・AT限定可）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□不要</w:t>
            </w:r>
          </w:p>
        </w:tc>
      </w:tr>
      <w:tr w:rsidR="00A06D19" w14:paraId="7F32A0CF" w14:textId="77777777" w:rsidTr="00FE6963">
        <w:trPr>
          <w:trHeight w:val="125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2E8C1878" w14:textId="6F8A7951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必要資格</w:t>
            </w:r>
            <w:proofErr w:type="spellEnd"/>
          </w:p>
        </w:tc>
        <w:tc>
          <w:tcPr>
            <w:tcW w:w="4249" w:type="pct"/>
            <w:gridSpan w:val="3"/>
            <w:vAlign w:val="center"/>
          </w:tcPr>
          <w:p w14:paraId="6ACFE9E1" w14:textId="77777777" w:rsidR="00A06D19" w:rsidRDefault="00A06D19" w:rsidP="00A06D19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1A6BBFC5" w14:textId="77777777" w:rsidR="00A06D19" w:rsidRDefault="00A06D19" w:rsidP="00A06D19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11D6E038" w14:textId="77777777" w:rsidR="00A06D19" w:rsidRDefault="00A06D19" w:rsidP="00A06D19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3C181FDF" w14:textId="77777777" w:rsidR="00A06D19" w:rsidRDefault="00A06D19" w:rsidP="00A06D19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  <w:p w14:paraId="7178E869" w14:textId="77777777" w:rsidR="00C623E4" w:rsidRDefault="00C623E4" w:rsidP="00A06D19">
            <w:pPr>
              <w:spacing w:after="0" w:line="240" w:lineRule="atLeast"/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</w:pPr>
          </w:p>
          <w:p w14:paraId="5405D7BF" w14:textId="77777777" w:rsidR="00A06D19" w:rsidRPr="006F5E29" w:rsidRDefault="00A06D19" w:rsidP="00A06D19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</w:p>
        </w:tc>
      </w:tr>
      <w:tr w:rsidR="00A06D19" w14:paraId="642EAEB6" w14:textId="77777777" w:rsidTr="00A06D1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472A4F63" w14:textId="5E4B88E6" w:rsidR="00A06D19" w:rsidRPr="003B1714" w:rsidRDefault="00A06D19" w:rsidP="00A06D1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proofErr w:type="spellStart"/>
            <w:r w:rsidRPr="003B1714">
              <w:rPr>
                <w:b/>
                <w:sz w:val="20"/>
                <w:szCs w:val="20"/>
              </w:rPr>
              <w:t>補足事項</w:t>
            </w:r>
            <w:proofErr w:type="spellEnd"/>
          </w:p>
        </w:tc>
        <w:tc>
          <w:tcPr>
            <w:tcW w:w="4249" w:type="pct"/>
            <w:gridSpan w:val="3"/>
            <w:vAlign w:val="center"/>
          </w:tcPr>
          <w:p w14:paraId="1B353B3F" w14:textId="77777777" w:rsidR="00A06D19" w:rsidRPr="006F5E29" w:rsidRDefault="00A06D19" w:rsidP="00A06D1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</w:tbl>
    <w:p w14:paraId="31267878" w14:textId="6DB18744" w:rsidR="00DA7244" w:rsidRPr="002C0EDB" w:rsidRDefault="00E2475B" w:rsidP="002C0EDB">
      <w:pPr>
        <w:spacing w:after="0" w:line="240" w:lineRule="atLeast"/>
        <w:rPr>
          <w:sz w:val="24"/>
          <w:szCs w:val="24"/>
        </w:rPr>
      </w:pPr>
      <w:r w:rsidRPr="002C0EDB">
        <w:rPr>
          <w:b/>
          <w:sz w:val="24"/>
          <w:szCs w:val="24"/>
        </w:rPr>
        <w:t xml:space="preserve">３　</w:t>
      </w:r>
      <w:proofErr w:type="spellStart"/>
      <w:r w:rsidRPr="002C0EDB">
        <w:rPr>
          <w:b/>
          <w:sz w:val="24"/>
          <w:szCs w:val="24"/>
        </w:rPr>
        <w:t>勤務条件・賃金</w:t>
      </w:r>
      <w:proofErr w:type="spellEnd"/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33"/>
        <w:gridCol w:w="3198"/>
        <w:gridCol w:w="774"/>
        <w:gridCol w:w="1580"/>
        <w:gridCol w:w="665"/>
        <w:gridCol w:w="3020"/>
      </w:tblGrid>
      <w:tr w:rsidR="00CA618D" w14:paraId="4E0DD00C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09C4E082" w14:textId="7A014E7E" w:rsidR="00CA618D" w:rsidRPr="002C0EDB" w:rsidRDefault="00CA618D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交代制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2993A7A6" w14:textId="77777777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□なし　</w:t>
            </w:r>
          </w:p>
          <w:p w14:paraId="576BE7AB" w14:textId="1F075EA1" w:rsidR="007F1ED8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□交替制（シフト制）</w:t>
            </w:r>
          </w:p>
          <w:p w14:paraId="60E58CD4" w14:textId="13B7B080" w:rsidR="00CA618D" w:rsidRDefault="00CA618D" w:rsidP="002C0EDB">
            <w:pPr>
              <w:spacing w:after="0" w:line="240" w:lineRule="atLeast"/>
              <w:rPr>
                <w:sz w:val="15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>□</w:t>
            </w:r>
            <w:r w:rsidRPr="00E15AB0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変形労働時間制</w:t>
            </w:r>
            <w:r w:rsidR="00E15AB0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(</w:t>
            </w:r>
            <w:r w:rsidRPr="00E15AB0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1カ月単位、１週間単位、非定型的</w:t>
            </w:r>
            <w:r w:rsidR="00E15AB0">
              <w:rPr>
                <w:rFonts w:asciiTheme="minorEastAsia" w:eastAsiaTheme="minorEastAsia" w:hAnsiTheme="minorEastAsia" w:hint="eastAsia"/>
                <w:sz w:val="15"/>
                <w:szCs w:val="15"/>
                <w:lang w:eastAsia="ja-JP"/>
              </w:rPr>
              <w:t>)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6158844B" w14:textId="4573C45B" w:rsidR="00CA618D" w:rsidRPr="002C0EDB" w:rsidRDefault="00CA618D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勤務時間</w:t>
            </w:r>
            <w:proofErr w:type="spellEnd"/>
          </w:p>
        </w:tc>
        <w:tc>
          <w:tcPr>
            <w:tcW w:w="1695" w:type="pct"/>
            <w:gridSpan w:val="2"/>
            <w:vAlign w:val="center"/>
          </w:tcPr>
          <w:p w14:paraId="0540B3AD" w14:textId="49DCF0D6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①　</w:t>
            </w:r>
            <w:r w:rsidR="00391DA3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時　分 ～　時　分</w:t>
            </w:r>
          </w:p>
          <w:p w14:paraId="1E399472" w14:textId="77777777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②</w:t>
            </w:r>
          </w:p>
          <w:p w14:paraId="1BD824F0" w14:textId="22008D6B" w:rsidR="00CA618D" w:rsidRDefault="00CA618D" w:rsidP="002C0EDB">
            <w:pPr>
              <w:spacing w:after="0" w:line="240" w:lineRule="atLeast"/>
              <w:rPr>
                <w:sz w:val="15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③</w:t>
            </w:r>
          </w:p>
        </w:tc>
      </w:tr>
      <w:tr w:rsidR="00CA618D" w14:paraId="3BE93E60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2BE8603F" w14:textId="5F94B42B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休憩時間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0CC123C3" w14:textId="22F4DA56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　</w:t>
            </w:r>
            <w:r w:rsidR="00B80AE7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分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68859F44" w14:textId="5DD17DB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時間外労働</w:t>
            </w:r>
            <w:proofErr w:type="spellEnd"/>
          </w:p>
        </w:tc>
        <w:tc>
          <w:tcPr>
            <w:tcW w:w="1695" w:type="pct"/>
            <w:gridSpan w:val="2"/>
            <w:vAlign w:val="center"/>
          </w:tcPr>
          <w:p w14:paraId="693BF314" w14:textId="221910C5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月平均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</w:t>
            </w:r>
            <w:r w:rsidR="00B80AE7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時間</w:t>
            </w:r>
            <w:proofErr w:type="spellEnd"/>
          </w:p>
        </w:tc>
      </w:tr>
      <w:tr w:rsidR="00CA618D" w14:paraId="64C761F6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7E0AC93B" w14:textId="1FB14408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休日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7ED6CCE6" w14:textId="1AF58708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□日曜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□祝日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□土曜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□その他（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 xml:space="preserve">　　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117F8620" w14:textId="5770FA9C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週休２日制</w:t>
            </w:r>
          </w:p>
        </w:tc>
        <w:tc>
          <w:tcPr>
            <w:tcW w:w="1695" w:type="pct"/>
            <w:gridSpan w:val="2"/>
            <w:vAlign w:val="center"/>
          </w:tcPr>
          <w:p w14:paraId="644922C2" w14:textId="2775E695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6F5E2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□完全　□その他（　　　　　　）</w:t>
            </w:r>
          </w:p>
        </w:tc>
      </w:tr>
      <w:tr w:rsidR="00CA618D" w14:paraId="38EFFA78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50061360" w14:textId="1C19ABB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有給休暇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14223121" w14:textId="1FDD4BD9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入社時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日／年平均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日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7EC37E00" w14:textId="7777777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年間休日</w:t>
            </w:r>
            <w:proofErr w:type="spellEnd"/>
          </w:p>
        </w:tc>
        <w:tc>
          <w:tcPr>
            <w:tcW w:w="1695" w:type="pct"/>
            <w:gridSpan w:val="2"/>
            <w:vAlign w:val="center"/>
          </w:tcPr>
          <w:p w14:paraId="2CC5BCFD" w14:textId="4CED8E76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 w:rsidRPr="006F5E29">
              <w:rPr>
                <w:rFonts w:ascii="ＭＳ 明朝" w:eastAsia="ＭＳ 明朝" w:hAnsi="ＭＳ 明朝"/>
                <w:sz w:val="20"/>
                <w:szCs w:val="20"/>
              </w:rPr>
              <w:t xml:space="preserve">　　　　　</w:t>
            </w:r>
            <w:r w:rsidR="006F5E29">
              <w:rPr>
                <w:rFonts w:ascii="ＭＳ 明朝" w:eastAsia="ＭＳ 明朝" w:hAnsi="ＭＳ 明朝"/>
                <w:sz w:val="20"/>
                <w:szCs w:val="20"/>
              </w:rPr>
              <w:t xml:space="preserve">　</w:t>
            </w:r>
          </w:p>
        </w:tc>
      </w:tr>
      <w:tr w:rsidR="00CA618D" w14:paraId="5FD0891C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BCB6621" w14:textId="7777777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賃金形態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7519E1FE" w14:textId="09BDD7DE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□月給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□日給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□時給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 xml:space="preserve">□その他（　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 xml:space="preserve">　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7CFFD4AA" w14:textId="7777777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締切日・支払日</w:t>
            </w:r>
            <w:proofErr w:type="spellEnd"/>
          </w:p>
        </w:tc>
        <w:tc>
          <w:tcPr>
            <w:tcW w:w="1695" w:type="pct"/>
            <w:gridSpan w:val="2"/>
            <w:vAlign w:val="center"/>
          </w:tcPr>
          <w:p w14:paraId="7D8E86A6" w14:textId="77777777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</w:rPr>
            </w:pPr>
            <w:r w:rsidRPr="006F5E29">
              <w:rPr>
                <w:rFonts w:ascii="ＭＳ 明朝" w:eastAsia="ＭＳ 明朝" w:hAnsi="ＭＳ 明朝"/>
                <w:sz w:val="20"/>
                <w:szCs w:val="20"/>
              </w:rPr>
              <w:t xml:space="preserve">　　　　　　　　　　　　　　　　</w:t>
            </w:r>
          </w:p>
        </w:tc>
      </w:tr>
      <w:tr w:rsidR="00CA618D" w14:paraId="42516176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5E28EC49" w14:textId="77777777" w:rsidR="00CA618D" w:rsidRPr="002C0EDB" w:rsidRDefault="00CA618D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基本給</w:t>
            </w:r>
          </w:p>
        </w:tc>
        <w:tc>
          <w:tcPr>
            <w:tcW w:w="1827" w:type="pct"/>
            <w:gridSpan w:val="2"/>
            <w:vAlign w:val="center"/>
          </w:tcPr>
          <w:p w14:paraId="62FD82AF" w14:textId="657879F3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　　</w:t>
            </w:r>
            <w:r w:rsidR="00391DA3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</w:t>
            </w:r>
            <w:r w:rsidR="00B80AE7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円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328B6F6F" w14:textId="714E10EA" w:rsidR="00CA618D" w:rsidRPr="002C0EDB" w:rsidRDefault="00CA618D" w:rsidP="002C0EDB">
            <w:pPr>
              <w:spacing w:after="0" w:line="240" w:lineRule="atLeast"/>
              <w:rPr>
                <w:b/>
                <w:bCs/>
                <w:sz w:val="20"/>
                <w:szCs w:val="20"/>
              </w:rPr>
            </w:pPr>
            <w:r w:rsidRPr="002C0EDB">
              <w:rPr>
                <w:rFonts w:hint="eastAsia"/>
                <w:b/>
                <w:bCs/>
                <w:sz w:val="20"/>
                <w:szCs w:val="20"/>
                <w:lang w:eastAsia="ja-JP"/>
              </w:rPr>
              <w:t>固定残業代</w:t>
            </w:r>
          </w:p>
        </w:tc>
        <w:tc>
          <w:tcPr>
            <w:tcW w:w="1695" w:type="pct"/>
            <w:gridSpan w:val="2"/>
            <w:vAlign w:val="center"/>
          </w:tcPr>
          <w:p w14:paraId="09F53ED4" w14:textId="0DE15474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20"/>
                <w:szCs w:val="20"/>
                <w:lang w:eastAsia="ja-JP"/>
              </w:rPr>
            </w:pPr>
            <w:r w:rsidRPr="006F5E2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 xml:space="preserve">□あり（　　　</w:t>
            </w:r>
            <w:r w:rsidR="006F5E2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="006F5E2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   </w:t>
            </w:r>
            <w:r w:rsidRPr="006F5E2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>円</w:t>
            </w:r>
            <w:r w:rsidRPr="006F5E2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>）</w:t>
            </w:r>
            <w:r w:rsidRPr="006F5E29">
              <w:rPr>
                <w:rFonts w:ascii="ＭＳ 明朝" w:eastAsia="ＭＳ 明朝" w:hAnsi="ＭＳ 明朝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="ＭＳ 明朝" w:eastAsia="ＭＳ 明朝" w:hAnsi="ＭＳ 明朝"/>
                <w:sz w:val="20"/>
                <w:szCs w:val="20"/>
                <w:lang w:eastAsia="ja-JP"/>
              </w:rPr>
              <w:t xml:space="preserve">□なし　</w:t>
            </w:r>
          </w:p>
          <w:p w14:paraId="2A3EB278" w14:textId="51BCFE96" w:rsidR="00CA618D" w:rsidRPr="006F5E29" w:rsidRDefault="00CA618D" w:rsidP="002C0EDB">
            <w:pPr>
              <w:spacing w:after="0" w:line="240" w:lineRule="atLeast"/>
              <w:rPr>
                <w:rFonts w:ascii="ＭＳ 明朝" w:eastAsia="ＭＳ 明朝" w:hAnsi="ＭＳ 明朝"/>
                <w:sz w:val="18"/>
                <w:szCs w:val="18"/>
                <w:lang w:eastAsia="ja-JP"/>
              </w:rPr>
            </w:pPr>
            <w:r w:rsidRPr="006F5E29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※（　</w:t>
            </w:r>
            <w:r w:rsidR="006F5E29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 xml:space="preserve">　　</w:t>
            </w:r>
            <w:r w:rsidRPr="006F5E29">
              <w:rPr>
                <w:rFonts w:ascii="ＭＳ 明朝" w:eastAsia="ＭＳ 明朝" w:hAnsi="ＭＳ 明朝" w:hint="eastAsia"/>
                <w:sz w:val="18"/>
                <w:szCs w:val="18"/>
                <w:lang w:eastAsia="ja-JP"/>
              </w:rPr>
              <w:t>）時間を超える分は追加で支給</w:t>
            </w:r>
          </w:p>
        </w:tc>
      </w:tr>
      <w:tr w:rsidR="00391DA3" w14:paraId="490DE831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7EBA3910" w14:textId="77777777" w:rsidR="00391DA3" w:rsidRPr="002C0EDB" w:rsidRDefault="00391DA3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r w:rsidRPr="002C0EDB">
              <w:rPr>
                <w:rFonts w:hint="eastAsia"/>
                <w:b/>
                <w:sz w:val="20"/>
                <w:szCs w:val="20"/>
                <w:lang w:eastAsia="ja-JP"/>
              </w:rPr>
              <w:t>定額的に</w:t>
            </w:r>
          </w:p>
          <w:p w14:paraId="4714CABA" w14:textId="492C12EC" w:rsidR="00391DA3" w:rsidRPr="002C0EDB" w:rsidRDefault="00391DA3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r w:rsidRPr="002C0EDB">
              <w:rPr>
                <w:rFonts w:hint="eastAsia"/>
                <w:b/>
                <w:sz w:val="20"/>
                <w:szCs w:val="20"/>
                <w:lang w:eastAsia="ja-JP"/>
              </w:rPr>
              <w:t>支払われる</w:t>
            </w:r>
            <w:r w:rsidRPr="002C0EDB">
              <w:rPr>
                <w:b/>
                <w:sz w:val="20"/>
                <w:szCs w:val="20"/>
                <w:lang w:eastAsia="ja-JP"/>
              </w:rPr>
              <w:t>手当</w:t>
            </w:r>
          </w:p>
        </w:tc>
        <w:tc>
          <w:tcPr>
            <w:tcW w:w="1471" w:type="pct"/>
            <w:vAlign w:val="center"/>
          </w:tcPr>
          <w:p w14:paraId="2CB4FA28" w14:textId="58C90FED" w:rsidR="00391DA3" w:rsidRPr="00E15AB0" w:rsidRDefault="00391DA3" w:rsidP="006F5E2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）手当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</w:t>
            </w: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</w:t>
            </w:r>
            <w:r w:rsidR="006F5E29"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</w:rPr>
              <w:t>円</w:t>
            </w:r>
          </w:p>
        </w:tc>
        <w:tc>
          <w:tcPr>
            <w:tcW w:w="1389" w:type="pct"/>
            <w:gridSpan w:val="3"/>
            <w:vAlign w:val="center"/>
          </w:tcPr>
          <w:p w14:paraId="0A0668A3" w14:textId="4063BA7E" w:rsidR="00391DA3" w:rsidRPr="00E15AB0" w:rsidRDefault="00391DA3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）手当　　　　　　円</w:t>
            </w:r>
          </w:p>
        </w:tc>
        <w:tc>
          <w:tcPr>
            <w:tcW w:w="1389" w:type="pct"/>
            <w:vAlign w:val="center"/>
          </w:tcPr>
          <w:p w14:paraId="41327DB9" w14:textId="6617894D" w:rsidR="00391DA3" w:rsidRPr="00E15AB0" w:rsidRDefault="00391DA3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E15AB0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）手当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　　　　</w:t>
            </w:r>
            <w:r w:rsidRPr="00E15AB0">
              <w:rPr>
                <w:rFonts w:asciiTheme="minorEastAsia" w:eastAsiaTheme="minorEastAsia" w:hAnsiTheme="minorEastAsia"/>
                <w:sz w:val="20"/>
                <w:szCs w:val="20"/>
              </w:rPr>
              <w:t>円</w:t>
            </w:r>
          </w:p>
        </w:tc>
      </w:tr>
      <w:tr w:rsidR="00CA618D" w14:paraId="3EA68C4D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3AF35F1E" w14:textId="3A8B0C40" w:rsidR="00CA618D" w:rsidRPr="002C0EDB" w:rsidRDefault="00CA618D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賃金合計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2594E6D4" w14:textId="7E2448DA" w:rsidR="00CA618D" w:rsidRPr="006F5E29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>
              <w:rPr>
                <w:sz w:val="15"/>
              </w:rPr>
              <w:t xml:space="preserve">　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　　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　円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5C682031" w14:textId="564F220D" w:rsidR="00CA618D" w:rsidRPr="002C0EDB" w:rsidRDefault="00391DA3" w:rsidP="002C0EDB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r w:rsidRPr="002C0EDB">
              <w:rPr>
                <w:rFonts w:hint="eastAsia"/>
                <w:b/>
                <w:sz w:val="20"/>
                <w:szCs w:val="20"/>
                <w:lang w:eastAsia="ja-JP"/>
              </w:rPr>
              <w:t>付記事項</w:t>
            </w:r>
          </w:p>
        </w:tc>
        <w:tc>
          <w:tcPr>
            <w:tcW w:w="1695" w:type="pct"/>
            <w:gridSpan w:val="2"/>
            <w:vAlign w:val="center"/>
          </w:tcPr>
          <w:p w14:paraId="21A7D517" w14:textId="77777777" w:rsidR="00CA618D" w:rsidRPr="00FE6963" w:rsidRDefault="00CA618D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3D2E44" w14:paraId="77388E6F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1E1A1AB7" w14:textId="5B964A49" w:rsidR="003D2E44" w:rsidRPr="002C0EDB" w:rsidRDefault="003D2E44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通勤手当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6A7F9E2B" w14:textId="05C203BA" w:rsidR="003D2E44" w:rsidRPr="006F5E29" w:rsidRDefault="003D2E4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□全額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□定額（　</w:t>
            </w:r>
            <w:r w:rsidR="003B1714"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円まで）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□なし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3CE3C099" w14:textId="73B79AFA" w:rsidR="003D2E44" w:rsidRPr="002C0EDB" w:rsidRDefault="003D2E44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r w:rsidRPr="002C0EDB">
              <w:rPr>
                <w:rFonts w:hint="eastAsia"/>
                <w:b/>
                <w:sz w:val="20"/>
                <w:szCs w:val="20"/>
                <w:lang w:eastAsia="ja-JP"/>
              </w:rPr>
              <w:t>住宅手当</w:t>
            </w:r>
          </w:p>
        </w:tc>
        <w:tc>
          <w:tcPr>
            <w:tcW w:w="1695" w:type="pct"/>
            <w:gridSpan w:val="2"/>
            <w:vAlign w:val="center"/>
          </w:tcPr>
          <w:p w14:paraId="0860736B" w14:textId="361E8307" w:rsidR="003D2E44" w:rsidRPr="006F5E29" w:rsidRDefault="003D2E4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□全額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□定額（　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円まで）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□なし</w:t>
            </w:r>
          </w:p>
        </w:tc>
      </w:tr>
      <w:tr w:rsidR="002C0EDB" w14:paraId="71D3024F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1BBF7C19" w14:textId="6DB91B2E" w:rsidR="002C0EDB" w:rsidRPr="002C0EDB" w:rsidRDefault="002C0EDB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r>
              <w:rPr>
                <w:rFonts w:hint="eastAsia"/>
                <w:b/>
                <w:sz w:val="20"/>
                <w:szCs w:val="20"/>
                <w:lang w:eastAsia="ja-JP"/>
              </w:rPr>
              <w:t>その他手当</w:t>
            </w:r>
          </w:p>
        </w:tc>
        <w:tc>
          <w:tcPr>
            <w:tcW w:w="1471" w:type="pct"/>
            <w:vAlign w:val="center"/>
          </w:tcPr>
          <w:p w14:paraId="5DA13C58" w14:textId="477E3792" w:rsidR="002C0EDB" w:rsidRPr="006F5E29" w:rsidRDefault="002C0ED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　）手当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円</w:t>
            </w:r>
          </w:p>
        </w:tc>
        <w:tc>
          <w:tcPr>
            <w:tcW w:w="1389" w:type="pct"/>
            <w:gridSpan w:val="3"/>
            <w:vAlign w:val="center"/>
          </w:tcPr>
          <w:p w14:paraId="0D94E492" w14:textId="1B7F8054" w:rsidR="002C0EDB" w:rsidRPr="006F5E29" w:rsidRDefault="002C0ED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）手当　　　　　　円</w:t>
            </w:r>
          </w:p>
        </w:tc>
        <w:tc>
          <w:tcPr>
            <w:tcW w:w="1389" w:type="pct"/>
            <w:vAlign w:val="center"/>
          </w:tcPr>
          <w:p w14:paraId="630FD7B4" w14:textId="499060CA" w:rsidR="002C0EDB" w:rsidRPr="006F5E29" w:rsidRDefault="002C0ED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）手当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　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円</w:t>
            </w:r>
          </w:p>
        </w:tc>
      </w:tr>
      <w:tr w:rsidR="002C0EDB" w14:paraId="2EB3D9E9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35916C4E" w14:textId="1158ACE6" w:rsidR="002C0EDB" w:rsidRPr="002C0EDB" w:rsidRDefault="002C0EDB" w:rsidP="002C0EDB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賞与</w:t>
            </w:r>
            <w:proofErr w:type="spellEnd"/>
          </w:p>
        </w:tc>
        <w:tc>
          <w:tcPr>
            <w:tcW w:w="1827" w:type="pct"/>
            <w:gridSpan w:val="2"/>
            <w:vAlign w:val="center"/>
          </w:tcPr>
          <w:p w14:paraId="26F4B146" w14:textId="578DB4FE" w:rsidR="002C0EDB" w:rsidRPr="006F5E29" w:rsidRDefault="002C0ED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賞与：年　　　回・計　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</w:t>
            </w:r>
            <w:proofErr w:type="gramStart"/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か</w:t>
            </w:r>
            <w:proofErr w:type="gramEnd"/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月　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1441821B" w14:textId="61A1A58B" w:rsidR="002C0EDB" w:rsidRPr="002C0EDB" w:rsidRDefault="002C0EDB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昇給</w:t>
            </w:r>
            <w:proofErr w:type="spellEnd"/>
          </w:p>
        </w:tc>
        <w:tc>
          <w:tcPr>
            <w:tcW w:w="1695" w:type="pct"/>
            <w:gridSpan w:val="2"/>
            <w:vAlign w:val="center"/>
          </w:tcPr>
          <w:p w14:paraId="3028F7B6" w14:textId="7580F3CF" w:rsidR="002C0EDB" w:rsidRPr="006F5E29" w:rsidRDefault="002C0ED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>
              <w:rPr>
                <w:sz w:val="15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昇給：年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回・計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円</w:t>
            </w:r>
          </w:p>
        </w:tc>
      </w:tr>
      <w:tr w:rsidR="002C0EDB" w14:paraId="386248BD" w14:textId="77777777" w:rsidTr="006F5E29">
        <w:trPr>
          <w:trHeight w:val="42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011597F9" w14:textId="6830948E" w:rsidR="002C0EDB" w:rsidRPr="002C0EDB" w:rsidRDefault="002C0EDB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備考</w:t>
            </w:r>
            <w:proofErr w:type="spellEnd"/>
          </w:p>
        </w:tc>
        <w:tc>
          <w:tcPr>
            <w:tcW w:w="4249" w:type="pct"/>
            <w:gridSpan w:val="5"/>
            <w:vAlign w:val="center"/>
          </w:tcPr>
          <w:p w14:paraId="78541134" w14:textId="77777777" w:rsidR="00FE6963" w:rsidRDefault="00FE6963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15C8188B" w14:textId="3D981601" w:rsidR="00FE6963" w:rsidRPr="00FE6963" w:rsidRDefault="00FE6963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</w:tbl>
    <w:p w14:paraId="1ACF6826" w14:textId="77777777" w:rsidR="00C623E4" w:rsidRPr="00C623E4" w:rsidRDefault="00C623E4" w:rsidP="002C0EDB">
      <w:pPr>
        <w:spacing w:after="0" w:line="240" w:lineRule="atLeast"/>
        <w:rPr>
          <w:b/>
          <w:sz w:val="13"/>
          <w:szCs w:val="13"/>
          <w:lang w:eastAsia="ja-JP"/>
        </w:rPr>
      </w:pPr>
    </w:p>
    <w:p w14:paraId="44BB7C7D" w14:textId="3F2F7605" w:rsidR="00DA7244" w:rsidRPr="002C0EDB" w:rsidRDefault="00E2475B" w:rsidP="002C0EDB">
      <w:pPr>
        <w:spacing w:after="0" w:line="240" w:lineRule="atLeast"/>
        <w:rPr>
          <w:sz w:val="24"/>
          <w:szCs w:val="24"/>
        </w:rPr>
      </w:pPr>
      <w:r w:rsidRPr="002C0EDB">
        <w:rPr>
          <w:b/>
          <w:sz w:val="24"/>
          <w:szCs w:val="24"/>
        </w:rPr>
        <w:lastRenderedPageBreak/>
        <w:t xml:space="preserve">４　</w:t>
      </w:r>
      <w:proofErr w:type="spellStart"/>
      <w:r w:rsidRPr="002C0EDB">
        <w:rPr>
          <w:b/>
          <w:sz w:val="24"/>
          <w:szCs w:val="24"/>
        </w:rPr>
        <w:t>福利厚生等</w:t>
      </w:r>
      <w:proofErr w:type="spellEnd"/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33"/>
        <w:gridCol w:w="3972"/>
        <w:gridCol w:w="1580"/>
        <w:gridCol w:w="3685"/>
      </w:tblGrid>
      <w:tr w:rsidR="00DA7244" w14:paraId="1F70F803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7A38DC4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加入保険等</w:t>
            </w:r>
            <w:proofErr w:type="spellEnd"/>
          </w:p>
        </w:tc>
        <w:tc>
          <w:tcPr>
            <w:tcW w:w="1827" w:type="pct"/>
            <w:vAlign w:val="center"/>
          </w:tcPr>
          <w:p w14:paraId="0882878D" w14:textId="70AD0B8A" w:rsidR="006F5E29" w:rsidRPr="006F5E29" w:rsidRDefault="00E2475B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□健康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□厚生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□雇用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□労災</w:t>
            </w:r>
            <w:r w:rsidR="00C623E4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□財形　□その他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　　　）</w:t>
            </w:r>
          </w:p>
        </w:tc>
        <w:tc>
          <w:tcPr>
            <w:tcW w:w="727" w:type="pct"/>
            <w:shd w:val="clear" w:color="auto" w:fill="E7E6E6"/>
            <w:vAlign w:val="center"/>
          </w:tcPr>
          <w:p w14:paraId="1296DC8E" w14:textId="16BBC960" w:rsidR="00DA7244" w:rsidRPr="002C0EDB" w:rsidRDefault="007F1ED8" w:rsidP="002C0EDB">
            <w:pPr>
              <w:spacing w:after="0" w:line="240" w:lineRule="atLeast"/>
              <w:rPr>
                <w:b/>
                <w:bCs/>
                <w:sz w:val="20"/>
                <w:szCs w:val="20"/>
              </w:rPr>
            </w:pPr>
            <w:r w:rsidRPr="002C0EDB">
              <w:rPr>
                <w:rFonts w:hint="eastAsia"/>
                <w:b/>
                <w:bCs/>
                <w:sz w:val="20"/>
                <w:szCs w:val="20"/>
                <w:lang w:eastAsia="ja-JP"/>
              </w:rPr>
              <w:t>企業年金</w:t>
            </w:r>
          </w:p>
        </w:tc>
        <w:tc>
          <w:tcPr>
            <w:tcW w:w="1695" w:type="pct"/>
            <w:vAlign w:val="center"/>
          </w:tcPr>
          <w:p w14:paraId="4097ED22" w14:textId="47D51A30" w:rsidR="00DA7244" w:rsidRPr="006F5E29" w:rsidRDefault="007F1ED8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□あり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（　　　　　　　）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□なし</w:t>
            </w:r>
          </w:p>
        </w:tc>
      </w:tr>
      <w:tr w:rsidR="007F1ED8" w14:paraId="23467C53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4BE74994" w14:textId="05A2DBCB" w:rsidR="007F1ED8" w:rsidRPr="002C0EDB" w:rsidRDefault="007F1ED8" w:rsidP="002C0EDB">
            <w:pPr>
              <w:spacing w:after="0" w:line="240" w:lineRule="atLeast"/>
              <w:rPr>
                <w:b/>
                <w:bCs/>
                <w:sz w:val="20"/>
                <w:szCs w:val="20"/>
              </w:rPr>
            </w:pPr>
            <w:r w:rsidRPr="002C0EDB">
              <w:rPr>
                <w:rFonts w:hint="eastAsia"/>
                <w:b/>
                <w:bCs/>
                <w:sz w:val="20"/>
                <w:szCs w:val="20"/>
                <w:lang w:eastAsia="ja-JP"/>
              </w:rPr>
              <w:t>退職金共済</w:t>
            </w:r>
          </w:p>
        </w:tc>
        <w:tc>
          <w:tcPr>
            <w:tcW w:w="1827" w:type="pct"/>
            <w:vAlign w:val="center"/>
          </w:tcPr>
          <w:p w14:paraId="02FE9F57" w14:textId="06E73853" w:rsidR="007F1ED8" w:rsidRPr="006F5E29" w:rsidRDefault="007F1ED8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あり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なし</w:t>
            </w:r>
            <w:proofErr w:type="spellEnd"/>
          </w:p>
        </w:tc>
        <w:tc>
          <w:tcPr>
            <w:tcW w:w="727" w:type="pct"/>
            <w:shd w:val="clear" w:color="auto" w:fill="E7E6E6"/>
            <w:vAlign w:val="center"/>
          </w:tcPr>
          <w:p w14:paraId="7D3387A5" w14:textId="32C7A04B" w:rsidR="007F1ED8" w:rsidRPr="002C0EDB" w:rsidRDefault="007F1ED8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退職金制度</w:t>
            </w:r>
            <w:proofErr w:type="spellEnd"/>
          </w:p>
        </w:tc>
        <w:tc>
          <w:tcPr>
            <w:tcW w:w="1695" w:type="pct"/>
            <w:vAlign w:val="center"/>
          </w:tcPr>
          <w:p w14:paraId="3CE7CA3E" w14:textId="2F5D3D9B" w:rsidR="007F1ED8" w:rsidRPr="006F5E29" w:rsidRDefault="007F1ED8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あり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なし</w:t>
            </w:r>
            <w:proofErr w:type="spellEnd"/>
          </w:p>
        </w:tc>
      </w:tr>
      <w:tr w:rsidR="007F1ED8" w14:paraId="1FFA4138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1D1166CA" w14:textId="3E36CB1D" w:rsidR="007F1ED8" w:rsidRPr="002C0EDB" w:rsidRDefault="007F1ED8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宿舎施設</w:t>
            </w:r>
            <w:proofErr w:type="spellEnd"/>
          </w:p>
        </w:tc>
        <w:tc>
          <w:tcPr>
            <w:tcW w:w="1827" w:type="pct"/>
            <w:vAlign w:val="center"/>
          </w:tcPr>
          <w:p w14:paraId="3FA11FBC" w14:textId="571ADF3E" w:rsidR="007F1ED8" w:rsidRPr="006F5E29" w:rsidRDefault="007F1ED8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あり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なし</w:t>
            </w:r>
            <w:proofErr w:type="spellEnd"/>
          </w:p>
        </w:tc>
        <w:tc>
          <w:tcPr>
            <w:tcW w:w="727" w:type="pct"/>
            <w:shd w:val="clear" w:color="auto" w:fill="E7E6E6"/>
            <w:vAlign w:val="center"/>
          </w:tcPr>
          <w:p w14:paraId="234B4CA9" w14:textId="6EAC5870" w:rsidR="007F1ED8" w:rsidRPr="002C0EDB" w:rsidRDefault="007F1ED8" w:rsidP="002C0EDB">
            <w:pPr>
              <w:spacing w:after="0" w:line="240" w:lineRule="atLeast"/>
              <w:rPr>
                <w:b/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労働組合</w:t>
            </w:r>
            <w:proofErr w:type="spellEnd"/>
          </w:p>
        </w:tc>
        <w:tc>
          <w:tcPr>
            <w:tcW w:w="1695" w:type="pct"/>
            <w:vAlign w:val="center"/>
          </w:tcPr>
          <w:p w14:paraId="1AC8AF50" w14:textId="64C9C515" w:rsidR="007F1ED8" w:rsidRPr="006F5E29" w:rsidRDefault="007F1ED8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あり</w:t>
            </w:r>
            <w:proofErr w:type="spellEnd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□</w:t>
            </w:r>
            <w:proofErr w:type="spellStart"/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なし</w:t>
            </w:r>
            <w:proofErr w:type="spellEnd"/>
          </w:p>
        </w:tc>
      </w:tr>
      <w:tr w:rsidR="007F1ED8" w14:paraId="5B075F61" w14:textId="77777777" w:rsidTr="006F5E29">
        <w:trPr>
          <w:trHeight w:val="397"/>
          <w:jc w:val="center"/>
        </w:trPr>
        <w:tc>
          <w:tcPr>
            <w:tcW w:w="751" w:type="pct"/>
            <w:shd w:val="clear" w:color="auto" w:fill="E7E6E6"/>
            <w:vAlign w:val="center"/>
          </w:tcPr>
          <w:p w14:paraId="621C40C9" w14:textId="77777777" w:rsidR="007F1ED8" w:rsidRPr="002C0EDB" w:rsidRDefault="007F1ED8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福利厚生</w:t>
            </w:r>
            <w:proofErr w:type="spellEnd"/>
          </w:p>
        </w:tc>
        <w:tc>
          <w:tcPr>
            <w:tcW w:w="1827" w:type="pct"/>
            <w:vAlign w:val="center"/>
          </w:tcPr>
          <w:p w14:paraId="70EE478B" w14:textId="2CDA5547" w:rsidR="007F1ED8" w:rsidRPr="006F5E29" w:rsidRDefault="007F1ED8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727" w:type="pct"/>
            <w:shd w:val="clear" w:color="auto" w:fill="E7E6E6"/>
            <w:vAlign w:val="center"/>
          </w:tcPr>
          <w:p w14:paraId="003B8840" w14:textId="77777777" w:rsidR="007F1ED8" w:rsidRPr="002C0EDB" w:rsidRDefault="007F1ED8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その他</w:t>
            </w:r>
          </w:p>
        </w:tc>
        <w:tc>
          <w:tcPr>
            <w:tcW w:w="1695" w:type="pct"/>
            <w:vAlign w:val="center"/>
          </w:tcPr>
          <w:p w14:paraId="06E6B055" w14:textId="4F063E7D" w:rsidR="007F1ED8" w:rsidRDefault="007F1ED8" w:rsidP="00B80AE7">
            <w:pPr>
              <w:spacing w:after="0" w:line="240" w:lineRule="atLeast"/>
              <w:jc w:val="both"/>
            </w:pPr>
          </w:p>
        </w:tc>
      </w:tr>
    </w:tbl>
    <w:p w14:paraId="5476278E" w14:textId="4F3FC1A7" w:rsidR="007F1ED8" w:rsidRDefault="00391DA3" w:rsidP="006F5E29">
      <w:pPr>
        <w:spacing w:after="0" w:line="240" w:lineRule="atLeast"/>
        <w:rPr>
          <w:b/>
          <w:sz w:val="24"/>
          <w:szCs w:val="24"/>
          <w:lang w:eastAsia="ja-JP"/>
        </w:rPr>
      </w:pPr>
      <w:r w:rsidRPr="002C0EDB">
        <w:rPr>
          <w:rFonts w:hint="eastAsia"/>
          <w:b/>
          <w:sz w:val="24"/>
          <w:szCs w:val="24"/>
          <w:lang w:eastAsia="ja-JP"/>
        </w:rPr>
        <w:t>５</w:t>
      </w:r>
      <w:r w:rsidR="007F1ED8" w:rsidRPr="002C0EDB">
        <w:rPr>
          <w:b/>
          <w:sz w:val="24"/>
          <w:szCs w:val="24"/>
          <w:lang w:eastAsia="ja-JP"/>
        </w:rPr>
        <w:t xml:space="preserve">　求人の特徴・職場環境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2050"/>
        <w:gridCol w:w="8820"/>
      </w:tblGrid>
      <w:tr w:rsidR="006F5E29" w14:paraId="2787EC80" w14:textId="77777777" w:rsidTr="006F5E29">
        <w:trPr>
          <w:trHeight w:val="737"/>
          <w:jc w:val="center"/>
        </w:trPr>
        <w:tc>
          <w:tcPr>
            <w:tcW w:w="943" w:type="pct"/>
            <w:shd w:val="clear" w:color="auto" w:fill="E7E6E6"/>
            <w:vAlign w:val="center"/>
          </w:tcPr>
          <w:p w14:paraId="22FDF8C8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職場の特徴</w:t>
            </w:r>
            <w:proofErr w:type="spellEnd"/>
          </w:p>
        </w:tc>
        <w:tc>
          <w:tcPr>
            <w:tcW w:w="4057" w:type="pct"/>
            <w:vAlign w:val="center"/>
          </w:tcPr>
          <w:p w14:paraId="043DD3F2" w14:textId="4B95870C" w:rsidR="006F5E29" w:rsidRPr="006F5E29" w:rsidRDefault="006F5E29" w:rsidP="006F5E29">
            <w:pPr>
              <w:spacing w:after="0" w:line="240" w:lineRule="atLeast"/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□若手社員が活躍　□研修制度あり　□資格取得支援　□ICT活用　□スマート農業</w:t>
            </w:r>
          </w:p>
          <w:p w14:paraId="52F8A2BC" w14:textId="77777777" w:rsidR="006F5E29" w:rsidRDefault="006F5E29" w:rsidP="006F5E29">
            <w:pPr>
              <w:spacing w:after="0" w:line="240" w:lineRule="atLeast"/>
              <w:rPr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□その他（　　　　　　　　　）</w:t>
            </w:r>
          </w:p>
        </w:tc>
      </w:tr>
      <w:tr w:rsidR="006F5E29" w14:paraId="34FB3028" w14:textId="77777777" w:rsidTr="006F5E29">
        <w:trPr>
          <w:trHeight w:val="737"/>
          <w:jc w:val="center"/>
        </w:trPr>
        <w:tc>
          <w:tcPr>
            <w:tcW w:w="943" w:type="pct"/>
            <w:shd w:val="clear" w:color="auto" w:fill="E7E6E6"/>
            <w:vAlign w:val="center"/>
          </w:tcPr>
          <w:p w14:paraId="2488BB0D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農業との関わり</w:t>
            </w:r>
            <w:proofErr w:type="spellEnd"/>
          </w:p>
        </w:tc>
        <w:tc>
          <w:tcPr>
            <w:tcW w:w="4057" w:type="pct"/>
            <w:vAlign w:val="center"/>
          </w:tcPr>
          <w:p w14:paraId="43F8A5BE" w14:textId="09A17591" w:rsidR="006F5E29" w:rsidRPr="006F5E29" w:rsidRDefault="006F5E29" w:rsidP="006F5E2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□水稲　□麦　□大豆　□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野菜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花き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□果樹　□園芸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（　　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 　  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）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乳用牛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肉用牛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 xml:space="preserve">　□畜産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（　　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）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□農業関連サービス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（　　　　　　）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□その他（　　　　　）</w:t>
            </w:r>
          </w:p>
        </w:tc>
      </w:tr>
      <w:tr w:rsidR="006F5E29" w14:paraId="13DAD198" w14:textId="77777777" w:rsidTr="006F5E29">
        <w:trPr>
          <w:trHeight w:val="1168"/>
          <w:jc w:val="center"/>
        </w:trPr>
        <w:tc>
          <w:tcPr>
            <w:tcW w:w="943" w:type="pct"/>
            <w:shd w:val="clear" w:color="auto" w:fill="E7E6E6"/>
            <w:vAlign w:val="center"/>
          </w:tcPr>
          <w:p w14:paraId="237348F9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求める人物像</w:t>
            </w:r>
            <w:proofErr w:type="spellEnd"/>
          </w:p>
        </w:tc>
        <w:tc>
          <w:tcPr>
            <w:tcW w:w="4057" w:type="pct"/>
            <w:vAlign w:val="center"/>
          </w:tcPr>
          <w:p w14:paraId="77327003" w14:textId="77777777" w:rsidR="006F5E29" w:rsidRDefault="006F5E29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4FEF763C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45DB2E80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18C33527" w14:textId="77777777" w:rsidR="00FE6963" w:rsidRPr="006F5E29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  <w:tr w:rsidR="006F5E29" w14:paraId="6AFFD034" w14:textId="77777777" w:rsidTr="006F5E29">
        <w:trPr>
          <w:trHeight w:val="1128"/>
          <w:jc w:val="center"/>
        </w:trPr>
        <w:tc>
          <w:tcPr>
            <w:tcW w:w="943" w:type="pct"/>
            <w:shd w:val="clear" w:color="auto" w:fill="E7E6E6"/>
            <w:vAlign w:val="center"/>
          </w:tcPr>
          <w:p w14:paraId="4CA75F14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入社後の教育</w:t>
            </w:r>
            <w:proofErr w:type="spellEnd"/>
          </w:p>
        </w:tc>
        <w:tc>
          <w:tcPr>
            <w:tcW w:w="4057" w:type="pct"/>
            <w:vAlign w:val="center"/>
          </w:tcPr>
          <w:p w14:paraId="33B4B8DF" w14:textId="77777777" w:rsidR="006F5E29" w:rsidRDefault="006F5E29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25D9487B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72040C77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4BF75835" w14:textId="77777777" w:rsidR="00FE6963" w:rsidRPr="006F5E29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  <w:tr w:rsidR="006F5E29" w14:paraId="6B8C7E7F" w14:textId="77777777" w:rsidTr="006F5E29">
        <w:trPr>
          <w:trHeight w:val="1116"/>
          <w:jc w:val="center"/>
        </w:trPr>
        <w:tc>
          <w:tcPr>
            <w:tcW w:w="943" w:type="pct"/>
            <w:shd w:val="clear" w:color="auto" w:fill="E7E6E6"/>
            <w:vAlign w:val="center"/>
          </w:tcPr>
          <w:p w14:paraId="72E34AC1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r w:rsidRPr="002C0EDB">
              <w:rPr>
                <w:b/>
                <w:sz w:val="20"/>
                <w:szCs w:val="20"/>
                <w:lang w:eastAsia="ja-JP"/>
              </w:rPr>
              <w:t>職場からのメッセージ</w:t>
            </w:r>
          </w:p>
        </w:tc>
        <w:tc>
          <w:tcPr>
            <w:tcW w:w="4057" w:type="pct"/>
            <w:vAlign w:val="center"/>
          </w:tcPr>
          <w:p w14:paraId="7B468BB1" w14:textId="77777777" w:rsidR="006F5E29" w:rsidRDefault="006F5E29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689EABFD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649EC311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14B7D5A9" w14:textId="77777777" w:rsidR="00FE6963" w:rsidRPr="006F5E29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</w:tbl>
    <w:p w14:paraId="60C1C6CD" w14:textId="46408EDA" w:rsidR="00DA7244" w:rsidRPr="002C0EDB" w:rsidRDefault="00391DA3" w:rsidP="002C0EDB">
      <w:pPr>
        <w:spacing w:after="0" w:line="240" w:lineRule="atLeast"/>
        <w:rPr>
          <w:b/>
          <w:sz w:val="24"/>
          <w:szCs w:val="24"/>
          <w:lang w:eastAsia="ja-JP"/>
        </w:rPr>
      </w:pPr>
      <w:r w:rsidRPr="002C0EDB">
        <w:rPr>
          <w:rFonts w:hint="eastAsia"/>
          <w:b/>
          <w:sz w:val="24"/>
          <w:szCs w:val="24"/>
          <w:lang w:eastAsia="ja-JP"/>
        </w:rPr>
        <w:t>６</w:t>
      </w:r>
      <w:r w:rsidR="00E2475B" w:rsidRPr="002C0EDB">
        <w:rPr>
          <w:b/>
          <w:sz w:val="24"/>
          <w:szCs w:val="24"/>
          <w:lang w:eastAsia="ja-JP"/>
        </w:rPr>
        <w:t xml:space="preserve">　採用担当者・連絡先</w:t>
      </w:r>
      <w:r w:rsidR="003B1714" w:rsidRPr="002C0EDB">
        <w:rPr>
          <w:rFonts w:hint="eastAsia"/>
          <w:b/>
          <w:sz w:val="24"/>
          <w:szCs w:val="24"/>
          <w:lang w:eastAsia="ja-JP"/>
        </w:rPr>
        <w:t>・</w:t>
      </w:r>
      <w:r w:rsidR="003B1714" w:rsidRPr="002C0EDB">
        <w:rPr>
          <w:b/>
          <w:sz w:val="24"/>
          <w:szCs w:val="24"/>
          <w:lang w:eastAsia="ja-JP"/>
        </w:rPr>
        <w:t>選考要領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94"/>
        <w:gridCol w:w="4111"/>
        <w:gridCol w:w="1441"/>
        <w:gridCol w:w="3824"/>
      </w:tblGrid>
      <w:tr w:rsidR="00DA7244" w14:paraId="21DF756D" w14:textId="77777777" w:rsidTr="006F5E29">
        <w:trPr>
          <w:trHeight w:val="397"/>
          <w:jc w:val="center"/>
        </w:trPr>
        <w:tc>
          <w:tcPr>
            <w:tcW w:w="687" w:type="pct"/>
            <w:shd w:val="clear" w:color="auto" w:fill="E7E6E6"/>
            <w:vAlign w:val="center"/>
          </w:tcPr>
          <w:p w14:paraId="04F48A22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部署・役職</w:t>
            </w:r>
            <w:proofErr w:type="spellEnd"/>
          </w:p>
        </w:tc>
        <w:tc>
          <w:tcPr>
            <w:tcW w:w="1891" w:type="pct"/>
            <w:vAlign w:val="center"/>
          </w:tcPr>
          <w:p w14:paraId="3463DDCB" w14:textId="22386848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3" w:type="pct"/>
            <w:shd w:val="clear" w:color="auto" w:fill="E7E6E6"/>
            <w:vAlign w:val="center"/>
          </w:tcPr>
          <w:p w14:paraId="76408B5C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氏名</w:t>
            </w:r>
          </w:p>
        </w:tc>
        <w:tc>
          <w:tcPr>
            <w:tcW w:w="1759" w:type="pct"/>
            <w:vAlign w:val="center"/>
          </w:tcPr>
          <w:p w14:paraId="252F47BA" w14:textId="14060E67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A7244" w14:paraId="770060EC" w14:textId="77777777" w:rsidTr="006F5E29">
        <w:trPr>
          <w:trHeight w:val="397"/>
          <w:jc w:val="center"/>
        </w:trPr>
        <w:tc>
          <w:tcPr>
            <w:tcW w:w="687" w:type="pct"/>
            <w:shd w:val="clear" w:color="auto" w:fill="E7E6E6"/>
            <w:vAlign w:val="center"/>
          </w:tcPr>
          <w:p w14:paraId="14A89BAF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電話</w:t>
            </w:r>
          </w:p>
        </w:tc>
        <w:tc>
          <w:tcPr>
            <w:tcW w:w="1891" w:type="pct"/>
            <w:vAlign w:val="center"/>
          </w:tcPr>
          <w:p w14:paraId="23694E2F" w14:textId="69054A33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3" w:type="pct"/>
            <w:shd w:val="clear" w:color="auto" w:fill="E7E6E6"/>
            <w:vAlign w:val="center"/>
          </w:tcPr>
          <w:p w14:paraId="19E9311A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FAX</w:t>
            </w:r>
          </w:p>
        </w:tc>
        <w:tc>
          <w:tcPr>
            <w:tcW w:w="1759" w:type="pct"/>
            <w:vAlign w:val="center"/>
          </w:tcPr>
          <w:p w14:paraId="220D65A0" w14:textId="47634422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A7244" w14:paraId="7C870BE0" w14:textId="77777777" w:rsidTr="006F5E29">
        <w:trPr>
          <w:trHeight w:val="345"/>
          <w:jc w:val="center"/>
        </w:trPr>
        <w:tc>
          <w:tcPr>
            <w:tcW w:w="687" w:type="pct"/>
            <w:shd w:val="clear" w:color="auto" w:fill="E7E6E6"/>
            <w:vAlign w:val="center"/>
          </w:tcPr>
          <w:p w14:paraId="6493279B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メール</w:t>
            </w:r>
            <w:proofErr w:type="spellEnd"/>
          </w:p>
        </w:tc>
        <w:tc>
          <w:tcPr>
            <w:tcW w:w="1891" w:type="pct"/>
            <w:vAlign w:val="center"/>
          </w:tcPr>
          <w:p w14:paraId="7C635878" w14:textId="0AFC81A3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63" w:type="pct"/>
            <w:shd w:val="clear" w:color="auto" w:fill="E7E6E6"/>
            <w:vAlign w:val="center"/>
          </w:tcPr>
          <w:p w14:paraId="0A45FAC5" w14:textId="77777777" w:rsidR="00DA7244" w:rsidRPr="002C0EDB" w:rsidRDefault="00E2475B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書類提出先</w:t>
            </w:r>
          </w:p>
        </w:tc>
        <w:tc>
          <w:tcPr>
            <w:tcW w:w="1759" w:type="pct"/>
            <w:vAlign w:val="center"/>
          </w:tcPr>
          <w:p w14:paraId="50752A0C" w14:textId="77777777" w:rsidR="003B1714" w:rsidRPr="006F5E29" w:rsidRDefault="00B80AE7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〒　　　－　　　　　</w:t>
            </w:r>
          </w:p>
          <w:p w14:paraId="39B1FEC1" w14:textId="0A3746F2" w:rsidR="00B80AE7" w:rsidRPr="006F5E29" w:rsidRDefault="00B80AE7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</w:tbl>
    <w:tbl>
      <w:tblPr>
        <w:tblpPr w:leftFromText="142" w:rightFromText="142" w:vertAnchor="text" w:horzAnchor="margin" w:tblpXSpec="center" w:tblpY="91"/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494"/>
        <w:gridCol w:w="4111"/>
        <w:gridCol w:w="1441"/>
        <w:gridCol w:w="3824"/>
      </w:tblGrid>
      <w:tr w:rsidR="003B1714" w14:paraId="1D1F677F" w14:textId="77777777" w:rsidTr="006F5E29">
        <w:trPr>
          <w:trHeight w:val="397"/>
        </w:trPr>
        <w:tc>
          <w:tcPr>
            <w:tcW w:w="687" w:type="pct"/>
            <w:shd w:val="clear" w:color="auto" w:fill="E7E6E6"/>
            <w:vAlign w:val="center"/>
          </w:tcPr>
          <w:p w14:paraId="2A75F1CB" w14:textId="77777777" w:rsidR="003B1714" w:rsidRPr="002C0EDB" w:rsidRDefault="003B1714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応募書類</w:t>
            </w:r>
            <w:proofErr w:type="spellEnd"/>
          </w:p>
        </w:tc>
        <w:tc>
          <w:tcPr>
            <w:tcW w:w="4313" w:type="pct"/>
            <w:gridSpan w:val="3"/>
            <w:vAlign w:val="center"/>
          </w:tcPr>
          <w:p w14:paraId="09C9C88C" w14:textId="77777777" w:rsidR="003B1714" w:rsidRP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□履歴書　□卒業見込証明書　□成績証明書　□健康診断書　□その他（　　　　　）</w:t>
            </w:r>
          </w:p>
        </w:tc>
      </w:tr>
      <w:tr w:rsidR="003B1714" w14:paraId="76463A16" w14:textId="77777777" w:rsidTr="006F5E29">
        <w:trPr>
          <w:trHeight w:val="397"/>
        </w:trPr>
        <w:tc>
          <w:tcPr>
            <w:tcW w:w="687" w:type="pct"/>
            <w:shd w:val="clear" w:color="auto" w:fill="E7E6E6"/>
            <w:vAlign w:val="center"/>
          </w:tcPr>
          <w:p w14:paraId="58D2354C" w14:textId="77777777" w:rsidR="003B1714" w:rsidRPr="002C0EDB" w:rsidRDefault="003B1714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筆記試験</w:t>
            </w:r>
            <w:proofErr w:type="spellEnd"/>
          </w:p>
        </w:tc>
        <w:tc>
          <w:tcPr>
            <w:tcW w:w="1891" w:type="pct"/>
            <w:vAlign w:val="center"/>
          </w:tcPr>
          <w:p w14:paraId="3C0763BE" w14:textId="77777777" w:rsid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□なし</w:t>
            </w:r>
            <w:r w:rsid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□あり</w:t>
            </w:r>
          </w:p>
          <w:p w14:paraId="0762D9B8" w14:textId="2E52F28A" w:rsidR="003B1714" w:rsidRP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（□専門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□教養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□英語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□論文</w:t>
            </w:r>
            <w:r w:rsidR="00C623E4">
              <w:rPr>
                <w:rFonts w:asciiTheme="minorEastAsia" w:eastAsiaTheme="minorEastAsia" w:hAnsiTheme="minorEastAsia" w:hint="eastAsia"/>
                <w:sz w:val="18"/>
                <w:szCs w:val="18"/>
                <w:lang w:eastAsia="ja-JP"/>
              </w:rPr>
              <w:t xml:space="preserve"> </w:t>
            </w:r>
            <w:r w:rsidRPr="006F5E29">
              <w:rPr>
                <w:rFonts w:asciiTheme="minorEastAsia" w:eastAsiaTheme="minorEastAsia" w:hAnsiTheme="minorEastAsia"/>
                <w:sz w:val="18"/>
                <w:szCs w:val="18"/>
                <w:lang w:eastAsia="ja-JP"/>
              </w:rPr>
              <w:t>□その他）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76470C68" w14:textId="77777777" w:rsidR="003B1714" w:rsidRPr="002C0EDB" w:rsidRDefault="003B1714" w:rsidP="002C0EDB">
            <w:pPr>
              <w:spacing w:after="0" w:line="240" w:lineRule="atLeast"/>
              <w:rPr>
                <w:sz w:val="20"/>
                <w:szCs w:val="20"/>
              </w:rPr>
            </w:pPr>
            <w:proofErr w:type="spellStart"/>
            <w:r w:rsidRPr="002C0EDB">
              <w:rPr>
                <w:b/>
                <w:sz w:val="20"/>
                <w:szCs w:val="20"/>
              </w:rPr>
              <w:t>適性検査</w:t>
            </w:r>
            <w:proofErr w:type="spellEnd"/>
          </w:p>
        </w:tc>
        <w:tc>
          <w:tcPr>
            <w:tcW w:w="1759" w:type="pct"/>
            <w:vAlign w:val="center"/>
          </w:tcPr>
          <w:p w14:paraId="1EB3E433" w14:textId="77777777" w:rsidR="003B1714" w:rsidRP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□なし　□あり</w:t>
            </w:r>
          </w:p>
        </w:tc>
      </w:tr>
      <w:tr w:rsidR="003B1714" w14:paraId="2E499AA4" w14:textId="77777777" w:rsidTr="006F5E29">
        <w:trPr>
          <w:trHeight w:val="397"/>
        </w:trPr>
        <w:tc>
          <w:tcPr>
            <w:tcW w:w="687" w:type="pct"/>
            <w:shd w:val="clear" w:color="auto" w:fill="E7E6E6"/>
            <w:vAlign w:val="center"/>
          </w:tcPr>
          <w:p w14:paraId="7F2F5BB8" w14:textId="77777777" w:rsidR="003B1714" w:rsidRPr="002C0EDB" w:rsidRDefault="003B1714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面接</w:t>
            </w:r>
          </w:p>
        </w:tc>
        <w:tc>
          <w:tcPr>
            <w:tcW w:w="1891" w:type="pct"/>
            <w:vAlign w:val="center"/>
          </w:tcPr>
          <w:p w14:paraId="56DE9A41" w14:textId="77777777" w:rsidR="003B1714" w:rsidRP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>□なし　□あり</w:t>
            </w:r>
          </w:p>
        </w:tc>
        <w:tc>
          <w:tcPr>
            <w:tcW w:w="663" w:type="pct"/>
            <w:shd w:val="clear" w:color="auto" w:fill="E7E6E6"/>
            <w:vAlign w:val="center"/>
          </w:tcPr>
          <w:p w14:paraId="34D0858F" w14:textId="77777777" w:rsidR="003B1714" w:rsidRPr="002C0EDB" w:rsidRDefault="003B1714" w:rsidP="002C0EDB">
            <w:pPr>
              <w:spacing w:after="0" w:line="240" w:lineRule="atLeast"/>
              <w:rPr>
                <w:sz w:val="20"/>
                <w:szCs w:val="20"/>
              </w:rPr>
            </w:pPr>
            <w:r w:rsidRPr="002C0EDB">
              <w:rPr>
                <w:b/>
                <w:sz w:val="20"/>
                <w:szCs w:val="20"/>
              </w:rPr>
              <w:t>その他選考</w:t>
            </w:r>
          </w:p>
        </w:tc>
        <w:tc>
          <w:tcPr>
            <w:tcW w:w="1759" w:type="pct"/>
            <w:vAlign w:val="center"/>
          </w:tcPr>
          <w:p w14:paraId="3EA07F8A" w14:textId="77777777" w:rsidR="003B1714" w:rsidRPr="006F5E29" w:rsidRDefault="003B1714" w:rsidP="002C0EDB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  <w:t>□なし　□あり（　　　　　　　　　）</w:t>
            </w:r>
          </w:p>
        </w:tc>
      </w:tr>
    </w:tbl>
    <w:p w14:paraId="63DF8171" w14:textId="38BBFC44" w:rsidR="00DA7244" w:rsidRPr="002C0EDB" w:rsidRDefault="003B1714" w:rsidP="002C0EDB">
      <w:pPr>
        <w:spacing w:after="0" w:line="240" w:lineRule="atLeast"/>
        <w:rPr>
          <w:sz w:val="24"/>
          <w:szCs w:val="24"/>
        </w:rPr>
      </w:pPr>
      <w:r w:rsidRPr="002C0EDB">
        <w:rPr>
          <w:rFonts w:hint="eastAsia"/>
          <w:b/>
          <w:sz w:val="24"/>
          <w:szCs w:val="24"/>
          <w:lang w:eastAsia="ja-JP"/>
        </w:rPr>
        <w:t>７</w:t>
      </w:r>
      <w:r w:rsidR="00E2475B" w:rsidRPr="002C0EDB">
        <w:rPr>
          <w:b/>
          <w:sz w:val="24"/>
          <w:szCs w:val="24"/>
        </w:rPr>
        <w:t xml:space="preserve">　備考・補足事項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0870"/>
      </w:tblGrid>
      <w:tr w:rsidR="00DA7244" w14:paraId="0CF9A70A" w14:textId="77777777" w:rsidTr="00FE6963">
        <w:trPr>
          <w:trHeight w:val="397"/>
          <w:jc w:val="center"/>
        </w:trPr>
        <w:tc>
          <w:tcPr>
            <w:tcW w:w="5000" w:type="pct"/>
            <w:vAlign w:val="center"/>
          </w:tcPr>
          <w:p w14:paraId="1075A9A4" w14:textId="61F180FE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A7244" w14:paraId="21E74332" w14:textId="77777777" w:rsidTr="00FE6963">
        <w:trPr>
          <w:trHeight w:val="397"/>
          <w:jc w:val="center"/>
        </w:trPr>
        <w:tc>
          <w:tcPr>
            <w:tcW w:w="5000" w:type="pct"/>
            <w:vAlign w:val="center"/>
          </w:tcPr>
          <w:p w14:paraId="6089CF6C" w14:textId="08EE82EB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DA7244" w14:paraId="490B0A68" w14:textId="77777777" w:rsidTr="00FE6963">
        <w:trPr>
          <w:trHeight w:val="397"/>
          <w:jc w:val="center"/>
        </w:trPr>
        <w:tc>
          <w:tcPr>
            <w:tcW w:w="5000" w:type="pct"/>
            <w:vAlign w:val="center"/>
          </w:tcPr>
          <w:p w14:paraId="40098A4A" w14:textId="41212166" w:rsidR="00DA7244" w:rsidRPr="006F5E29" w:rsidRDefault="00DA7244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C0EDB" w14:paraId="2DC060B1" w14:textId="77777777" w:rsidTr="00FE6963">
        <w:trPr>
          <w:trHeight w:val="397"/>
          <w:jc w:val="center"/>
        </w:trPr>
        <w:tc>
          <w:tcPr>
            <w:tcW w:w="5000" w:type="pct"/>
            <w:vAlign w:val="center"/>
          </w:tcPr>
          <w:p w14:paraId="4CF6A90E" w14:textId="77777777" w:rsidR="002C0EDB" w:rsidRPr="006F5E29" w:rsidRDefault="002C0EDB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C0EDB" w14:paraId="63C4F429" w14:textId="77777777" w:rsidTr="00FE6963">
        <w:trPr>
          <w:trHeight w:val="397"/>
          <w:jc w:val="center"/>
        </w:trPr>
        <w:tc>
          <w:tcPr>
            <w:tcW w:w="5000" w:type="pct"/>
            <w:vAlign w:val="center"/>
          </w:tcPr>
          <w:p w14:paraId="484A41A3" w14:textId="77777777" w:rsidR="002C0EDB" w:rsidRPr="006F5E29" w:rsidRDefault="002C0EDB" w:rsidP="00B80AE7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</w:tbl>
    <w:p w14:paraId="6633D79E" w14:textId="10F4AF88" w:rsidR="00B80AE7" w:rsidRPr="006F5E29" w:rsidRDefault="00E2475B" w:rsidP="002C0EDB">
      <w:pPr>
        <w:spacing w:after="0" w:line="240" w:lineRule="atLeast"/>
        <w:rPr>
          <w:szCs w:val="16"/>
          <w:lang w:eastAsia="ja-JP"/>
        </w:rPr>
      </w:pPr>
      <w:r w:rsidRPr="006F5E29">
        <w:rPr>
          <w:szCs w:val="16"/>
          <w:lang w:eastAsia="ja-JP"/>
        </w:rPr>
        <w:t>※記載内容は求人票・労働条件通知書等と整合させてください。</w:t>
      </w:r>
    </w:p>
    <w:tbl>
      <w:tblPr>
        <w:tblW w:w="0" w:type="auto"/>
        <w:jc w:val="righ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3906"/>
      </w:tblGrid>
      <w:tr w:rsidR="006F5E29" w14:paraId="7940A5BF" w14:textId="77777777" w:rsidTr="006F5E29">
        <w:trPr>
          <w:trHeight w:val="397"/>
          <w:jc w:val="right"/>
        </w:trPr>
        <w:tc>
          <w:tcPr>
            <w:tcW w:w="1559" w:type="dxa"/>
            <w:shd w:val="clear" w:color="auto" w:fill="E7E6E6"/>
            <w:vAlign w:val="center"/>
          </w:tcPr>
          <w:p w14:paraId="37298AE8" w14:textId="77777777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r>
              <w:rPr>
                <w:rFonts w:hint="eastAsia"/>
                <w:b/>
                <w:sz w:val="20"/>
                <w:szCs w:val="20"/>
                <w:lang w:eastAsia="ja-JP"/>
              </w:rPr>
              <w:t>申込日</w:t>
            </w:r>
          </w:p>
        </w:tc>
        <w:tc>
          <w:tcPr>
            <w:tcW w:w="3906" w:type="dxa"/>
            <w:vAlign w:val="center"/>
          </w:tcPr>
          <w:p w14:paraId="4FC2A4FF" w14:textId="734F19AD" w:rsidR="006F5E29" w:rsidRPr="006F5E29" w:rsidRDefault="006F5E29" w:rsidP="006F5E29">
            <w:pPr>
              <w:spacing w:after="0" w:line="240" w:lineRule="atLeast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(西暦)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 xml:space="preserve">　　</w:t>
            </w:r>
            <w:r w:rsidRPr="006F5E29">
              <w:rPr>
                <w:rFonts w:asciiTheme="minorEastAsia" w:eastAsiaTheme="minorEastAsia" w:hAnsiTheme="minorEastAsia"/>
                <w:sz w:val="20"/>
                <w:szCs w:val="20"/>
              </w:rPr>
              <w:t xml:space="preserve">　</w:t>
            </w:r>
            <w:r w:rsidRPr="006F5E29">
              <w:rPr>
                <w:rFonts w:asciiTheme="minorEastAsia" w:eastAsiaTheme="minorEastAsia" w:hAnsiTheme="minorEastAsia" w:hint="eastAsia"/>
                <w:sz w:val="20"/>
                <w:szCs w:val="20"/>
                <w:lang w:eastAsia="ja-JP"/>
              </w:rPr>
              <w:t>年　　　月　　日</w:t>
            </w:r>
          </w:p>
        </w:tc>
      </w:tr>
    </w:tbl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772"/>
        <w:gridCol w:w="9098"/>
      </w:tblGrid>
      <w:tr w:rsidR="006F5E29" w14:paraId="12CF634D" w14:textId="77777777" w:rsidTr="006F5E29">
        <w:trPr>
          <w:trHeight w:val="834"/>
          <w:jc w:val="center"/>
        </w:trPr>
        <w:tc>
          <w:tcPr>
            <w:tcW w:w="815" w:type="pct"/>
            <w:shd w:val="clear" w:color="auto" w:fill="E7E6E6"/>
            <w:vAlign w:val="center"/>
          </w:tcPr>
          <w:p w14:paraId="3599FBD4" w14:textId="77777777" w:rsidR="006F5E29" w:rsidRDefault="006F5E29" w:rsidP="006F5E29">
            <w:pPr>
              <w:spacing w:after="0" w:line="240" w:lineRule="atLeast"/>
              <w:rPr>
                <w:b/>
                <w:sz w:val="20"/>
                <w:szCs w:val="20"/>
                <w:lang w:eastAsia="ja-JP"/>
              </w:rPr>
            </w:pPr>
            <w:r w:rsidRPr="002C0EDB">
              <w:rPr>
                <w:b/>
                <w:sz w:val="20"/>
                <w:szCs w:val="20"/>
                <w:lang w:eastAsia="ja-JP"/>
              </w:rPr>
              <w:t>学校</w:t>
            </w:r>
            <w:r>
              <w:rPr>
                <w:rFonts w:hint="eastAsia"/>
                <w:b/>
                <w:sz w:val="20"/>
                <w:szCs w:val="20"/>
                <w:lang w:eastAsia="ja-JP"/>
              </w:rPr>
              <w:t>担当者</w:t>
            </w:r>
            <w:r w:rsidRPr="002C0EDB">
              <w:rPr>
                <w:b/>
                <w:sz w:val="20"/>
                <w:szCs w:val="20"/>
                <w:lang w:eastAsia="ja-JP"/>
              </w:rPr>
              <w:t>への</w:t>
            </w:r>
          </w:p>
          <w:p w14:paraId="3F166FAA" w14:textId="5DE8588D" w:rsidR="006F5E29" w:rsidRPr="002C0EDB" w:rsidRDefault="006F5E29" w:rsidP="006F5E29">
            <w:pPr>
              <w:spacing w:after="0" w:line="240" w:lineRule="atLeast"/>
              <w:rPr>
                <w:sz w:val="20"/>
                <w:szCs w:val="20"/>
                <w:lang w:eastAsia="ja-JP"/>
              </w:rPr>
            </w:pPr>
            <w:r w:rsidRPr="002C0EDB">
              <w:rPr>
                <w:b/>
                <w:sz w:val="20"/>
                <w:szCs w:val="20"/>
                <w:lang w:eastAsia="ja-JP"/>
              </w:rPr>
              <w:t>連絡事項</w:t>
            </w:r>
          </w:p>
        </w:tc>
        <w:tc>
          <w:tcPr>
            <w:tcW w:w="4185" w:type="pct"/>
            <w:vAlign w:val="center"/>
          </w:tcPr>
          <w:p w14:paraId="0EF27B3E" w14:textId="77777777" w:rsidR="006F5E29" w:rsidRDefault="006F5E29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3FA16020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339910E3" w14:textId="77777777" w:rsidR="00FE6963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  <w:p w14:paraId="5AC6AC5D" w14:textId="77777777" w:rsidR="00FE6963" w:rsidRPr="006F5E29" w:rsidRDefault="00FE6963" w:rsidP="006F5E29">
            <w:pPr>
              <w:spacing w:after="0" w:line="240" w:lineRule="atLeast"/>
              <w:jc w:val="both"/>
              <w:rPr>
                <w:rFonts w:asciiTheme="minorEastAsia" w:eastAsiaTheme="minorEastAsia" w:hAnsiTheme="minorEastAsia"/>
                <w:sz w:val="20"/>
                <w:szCs w:val="20"/>
                <w:lang w:eastAsia="ja-JP"/>
              </w:rPr>
            </w:pPr>
          </w:p>
        </w:tc>
      </w:tr>
    </w:tbl>
    <w:p w14:paraId="569F0D19" w14:textId="5C92619E" w:rsidR="00B80AE7" w:rsidRPr="006F5E29" w:rsidRDefault="00B80AE7" w:rsidP="006F5E29">
      <w:pPr>
        <w:spacing w:after="0" w:line="240" w:lineRule="atLeast"/>
        <w:rPr>
          <w:sz w:val="13"/>
          <w:szCs w:val="13"/>
          <w:lang w:eastAsia="ja-JP"/>
        </w:rPr>
      </w:pPr>
    </w:p>
    <w:sectPr w:rsidR="00B80AE7" w:rsidRPr="006F5E29" w:rsidSect="00034616">
      <w:pgSz w:w="11906" w:h="16838"/>
      <w:pgMar w:top="567" w:right="510" w:bottom="567" w:left="5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03CE87" w14:textId="77777777" w:rsidR="00CF3D2C" w:rsidRDefault="00CF3D2C" w:rsidP="006F5E29">
      <w:pPr>
        <w:spacing w:after="0" w:line="240" w:lineRule="auto"/>
      </w:pPr>
      <w:r>
        <w:separator/>
      </w:r>
    </w:p>
  </w:endnote>
  <w:endnote w:type="continuationSeparator" w:id="0">
    <w:p w14:paraId="2499ADA3" w14:textId="77777777" w:rsidR="00CF3D2C" w:rsidRDefault="00CF3D2C" w:rsidP="006F5E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73737E" w14:textId="77777777" w:rsidR="00CF3D2C" w:rsidRDefault="00CF3D2C" w:rsidP="006F5E29">
      <w:pPr>
        <w:spacing w:after="0" w:line="240" w:lineRule="auto"/>
      </w:pPr>
      <w:r>
        <w:separator/>
      </w:r>
    </w:p>
  </w:footnote>
  <w:footnote w:type="continuationSeparator" w:id="0">
    <w:p w14:paraId="3E8A514D" w14:textId="77777777" w:rsidR="00CF3D2C" w:rsidRDefault="00CF3D2C" w:rsidP="006F5E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21645983">
    <w:abstractNumId w:val="8"/>
  </w:num>
  <w:num w:numId="2" w16cid:durableId="188036229">
    <w:abstractNumId w:val="6"/>
  </w:num>
  <w:num w:numId="3" w16cid:durableId="1155074133">
    <w:abstractNumId w:val="5"/>
  </w:num>
  <w:num w:numId="4" w16cid:durableId="2077164057">
    <w:abstractNumId w:val="4"/>
  </w:num>
  <w:num w:numId="5" w16cid:durableId="499659157">
    <w:abstractNumId w:val="7"/>
  </w:num>
  <w:num w:numId="6" w16cid:durableId="1513185324">
    <w:abstractNumId w:val="3"/>
  </w:num>
  <w:num w:numId="7" w16cid:durableId="716854423">
    <w:abstractNumId w:val="2"/>
  </w:num>
  <w:num w:numId="8" w16cid:durableId="783308893">
    <w:abstractNumId w:val="1"/>
  </w:num>
  <w:num w:numId="9" w16cid:durableId="1866825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84840"/>
    <w:rsid w:val="0029639D"/>
    <w:rsid w:val="002C0EDB"/>
    <w:rsid w:val="00310308"/>
    <w:rsid w:val="00326F90"/>
    <w:rsid w:val="00391DA3"/>
    <w:rsid w:val="003B1714"/>
    <w:rsid w:val="003D2E44"/>
    <w:rsid w:val="00453E86"/>
    <w:rsid w:val="005641AF"/>
    <w:rsid w:val="00592CFE"/>
    <w:rsid w:val="005A434E"/>
    <w:rsid w:val="006F44DC"/>
    <w:rsid w:val="006F5E29"/>
    <w:rsid w:val="007F1ED8"/>
    <w:rsid w:val="009D350D"/>
    <w:rsid w:val="009E66DB"/>
    <w:rsid w:val="00A06D19"/>
    <w:rsid w:val="00A14787"/>
    <w:rsid w:val="00A15F31"/>
    <w:rsid w:val="00AA1D8D"/>
    <w:rsid w:val="00B47730"/>
    <w:rsid w:val="00B80AE7"/>
    <w:rsid w:val="00C008FB"/>
    <w:rsid w:val="00C623E4"/>
    <w:rsid w:val="00CA618D"/>
    <w:rsid w:val="00CA7F8D"/>
    <w:rsid w:val="00CB0664"/>
    <w:rsid w:val="00CF3D2C"/>
    <w:rsid w:val="00DA7244"/>
    <w:rsid w:val="00E15AB0"/>
    <w:rsid w:val="00E2475B"/>
    <w:rsid w:val="00E34914"/>
    <w:rsid w:val="00FC693F"/>
    <w:rsid w:val="00FE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5967C05"/>
  <w14:defaultImageDpi w14:val="300"/>
  <w15:docId w15:val="{68F64794-EB9E-4927-AE6B-CF627C332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ＭＳ Ｐゴシック" w:eastAsia="ＭＳ Ｐゴシック" w:hAnsi="ＭＳ Ｐゴシック"/>
      <w:sz w:val="16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村田　悠介</cp:lastModifiedBy>
  <cp:revision>4</cp:revision>
  <cp:lastPrinted>2026-10-05T07:30:00Z</cp:lastPrinted>
  <dcterms:created xsi:type="dcterms:W3CDTF">2026-10-05T07:30:00Z</dcterms:created>
  <dcterms:modified xsi:type="dcterms:W3CDTF">2026-10-05T07:35:00Z</dcterms:modified>
  <cp:category/>
</cp:coreProperties>
</file>